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1B222E"/>
                <w:sz w:val="28"/>
              </w:rPr>
              <w:t>[Your company name]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[Street address]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[City, region, postcode]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[Phone] · [Email] · [Website]</w:t>
            </w:r>
          </w:p>
        </w:tc>
        <w:tc>
          <w:tcPr>
            <w:tcW w:type="dxa" w:w="3969"/>
          </w:tcPr>
          <w:p>
            <w:pPr>
              <w:jc w:val="right"/>
            </w:pPr>
            <w:r>
              <w:rPr>
                <w:b/>
                <w:i w:val="0"/>
                <w:color w:val="C2410C"/>
                <w:sz w:val="44"/>
              </w:rPr>
              <w:t>CASE SUMMARY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Case {{incident.ticketnumber}}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Prepared {{date:d MMMM yyyy}}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Status {{incident.statuscode}}</w:t>
            </w:r>
          </w:p>
        </w:tc>
      </w:tr>
    </w:tbl>
    <w:p>
      <w:pPr>
        <w:spacing w:after="120"/>
        <w:pBdr>
          <w:bottom w:val="single" w:sz="8" w:space="1" w:color="1B222E"/>
        </w:pBdr>
      </w:pPr>
    </w:p>
    <w:p>
      <w:pPr>
        <w:spacing w:after="160"/>
      </w:pPr>
      <w:r>
        <w:rPr>
          <w:b/>
          <w:i w:val="0"/>
          <w:sz w:val="30"/>
        </w:rPr>
        <w:t>{{incident.title}}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single" w:sz="4" w:space="0" w:color="D9DEE5"/>
          <w:insideV w:val="nil"/>
        </w:tblBorders>
      </w:tblPr>
      <w:tblGrid>
        <w:gridCol w:w="4819"/>
        <w:gridCol w:w="4819"/>
      </w:tblGrid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Customer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{{incident.customerid}}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Contact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{{#each incident.primarycontact}}{{fullname}} · {{emailaddress1}} · {{telephone1}}{{/each}}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Priority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{{incident.prioritycode}}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Origin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{{incident.caseorigincode}}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Case type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{{incident.casetypecode}}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Subject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{{incident.subjectid}}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Product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{{incident.productid}}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Owner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{{incident.ownerid}}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Opened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{{incident._raw.createdon:d MMMM yyyy HH:mm}}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Resolve by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{{incident._raw.resolveby:d MMMM yyyy HH:mm}}</w:t>
            </w:r>
          </w:p>
        </w:tc>
      </w:tr>
    </w:tbl>
    <w:p>
      <w:pPr>
        <w:spacing w:after="40" w:before="200"/>
      </w:pPr>
      <w:r>
        <w:rPr>
          <w:b/>
          <w:i w:val="0"/>
          <w:color w:val="C2410C"/>
          <w:sz w:val="17"/>
        </w:rPr>
        <w:t>DESCRIPTION</w:t>
      </w:r>
    </w:p>
    <w:p>
      <w:r>
        <w:rPr>
          <w:b w:val="0"/>
          <w:i w:val="0"/>
          <w:sz w:val="21"/>
        </w:rPr>
        <w:t>{{#if incident.description}}{{incident.description}}{{/if}}</w:t>
      </w:r>
    </w:p>
    <w:p>
      <w:r>
        <w:rPr>
          <w:b w:val="0"/>
          <w:i/>
          <w:color w:val="6B7480"/>
          <w:sz w:val="21"/>
        </w:rPr>
        <w:t>{{#unless incident.description}}No description was recorded on the case.{{/unless}}</w:t>
      </w:r>
    </w:p>
    <w:p>
      <w:pPr>
        <w:spacing w:after="40" w:before="200"/>
      </w:pPr>
      <w:r>
        <w:rPr>
          <w:b/>
          <w:i w:val="0"/>
          <w:color w:val="C2410C"/>
          <w:sz w:val="17"/>
        </w:rPr>
        <w:t>ACTIVITIES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DEE5"/>
          <w:left w:val="nil"/>
          <w:bottom w:val="single" w:sz="4" w:space="0" w:color="D9DEE5"/>
          <w:right w:val="nil"/>
          <w:insideH w:val="single" w:sz="4" w:space="0" w:color="D9DEE5"/>
          <w:insideV w:val="nil"/>
        </w:tblBorders>
      </w:tblPr>
      <w:tblGrid>
        <w:gridCol w:w="2409"/>
        <w:gridCol w:w="2409"/>
        <w:gridCol w:w="2409"/>
        <w:gridCol w:w="2409"/>
      </w:tblGrid>
      <w:tr>
        <w:tc>
          <w:tcPr>
            <w:tcW w:type="dxa" w:w="1587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1587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Type</w:t>
            </w:r>
          </w:p>
        </w:tc>
        <w:tc>
          <w:tcPr>
            <w:tcW w:type="dxa" w:w="4649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Subject</w:t>
            </w:r>
          </w:p>
        </w:tc>
        <w:tc>
          <w:tcPr>
            <w:tcW w:type="dxa" w:w="1587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Status</w:t>
            </w:r>
          </w:p>
        </w:tc>
      </w:tr>
      <w:tr>
        <w:tc>
          <w:tcPr>
            <w:tcW w:type="dxa" w:w="1587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{{#each incident.activities}}{{_raw.createdon:d MMM yyyy}}</w:t>
            </w:r>
          </w:p>
        </w:tc>
        <w:tc>
          <w:tcPr>
            <w:tcW w:type="dxa" w:w="1587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{{activitytypecode}}</w:t>
            </w:r>
          </w:p>
        </w:tc>
        <w:tc>
          <w:tcPr>
            <w:tcW w:type="dxa" w:w="4649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{{subject}}</w:t>
            </w:r>
          </w:p>
        </w:tc>
        <w:tc>
          <w:tcPr>
            <w:tcW w:type="dxa" w:w="1587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{{statecode}}{{/each}}</w:t>
            </w:r>
          </w:p>
        </w:tc>
      </w:tr>
    </w:tbl>
    <w:p>
      <w:pPr>
        <w:spacing w:before="80"/>
      </w:pPr>
      <w:r>
        <w:rPr>
          <w:b w:val="0"/>
          <w:i w:val="0"/>
          <w:color w:val="6B7480"/>
          <w:sz w:val="17"/>
        </w:rPr>
        <w:t>{{count:incident.activities}} activities on the timeline</w:t>
      </w:r>
    </w:p>
    <w:p>
      <w:pPr>
        <w:spacing w:after="40" w:before="200"/>
      </w:pPr>
      <w:r>
        <w:rPr>
          <w:b/>
          <w:i w:val="0"/>
          <w:color w:val="C2410C"/>
          <w:sz w:val="17"/>
        </w:rPr>
        <w:t>NOTES FOR THE CUSTOMER</w:t>
      </w:r>
    </w:p>
    <w:p>
      <w:r>
        <w:rPr>
          <w:b w:val="0"/>
          <w:i w:val="0"/>
          <w:color w:val="6B7480"/>
          <w:sz w:val="20"/>
        </w:rPr>
        <w:t>[Type your summary for the customer here, or delete this section. Everything above is filled from the case record.]</w:t>
      </w:r>
    </w:p>
    <w:sectPr w:rsidR="00FC693F" w:rsidRPr="0006063C" w:rsidSect="00034616"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B7480"/>
        <w:sz w:val="16"/>
      </w:rPr>
      <w:t>{{incident.ticketnumber}} · Generated {{now:d MMMM yyyy HH:mm}}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Calibri" w:hAnsi="Calibri" w:eastAsia="Calibri"/>
      <w:color w:val="1B2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