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5443"/>
          </w:tcPr>
          <w:p>
            <w:r>
              <w:rPr>
                <w:b/>
                <w:i w:val="0"/>
                <w:color w:val="1B222E"/>
                <w:sz w:val="28"/>
              </w:rPr>
              <w:t>[Your company name]</w:t>
            </w:r>
          </w:p>
          <w:p>
            <w:pPr>
              <w:spacing w:after="0"/>
            </w:pPr>
            <w:r>
              <w:rPr>
                <w:b w:val="0"/>
                <w:i w:val="0"/>
                <w:color w:val="6B7480"/>
                <w:sz w:val="19"/>
              </w:rPr>
              <w:t>[Street address]</w:t>
            </w:r>
          </w:p>
          <w:p>
            <w:pPr>
              <w:spacing w:after="0"/>
            </w:pPr>
            <w:r>
              <w:rPr>
                <w:b w:val="0"/>
                <w:i w:val="0"/>
                <w:color w:val="6B7480"/>
                <w:sz w:val="19"/>
              </w:rPr>
              <w:t>[City, region, postcode]</w:t>
            </w:r>
          </w:p>
          <w:p>
            <w:pPr>
              <w:spacing w:after="0"/>
            </w:pPr>
            <w:r>
              <w:rPr>
                <w:b w:val="0"/>
                <w:i w:val="0"/>
                <w:color w:val="6B7480"/>
                <w:sz w:val="19"/>
              </w:rPr>
              <w:t>[Phone] · [Email] · [Website]</w:t>
            </w:r>
          </w:p>
        </w:tc>
        <w:tc>
          <w:tcPr>
            <w:tcW w:type="dxa" w:w="3969"/>
          </w:tcPr>
          <w:p>
            <w:pPr>
              <w:jc w:val="right"/>
            </w:pPr>
            <w:r>
              <w:rPr>
                <w:b/>
                <w:i w:val="0"/>
                <w:color w:val="C2410C"/>
                <w:sz w:val="44"/>
              </w:rPr>
              <w:t>INVOICE</w:t>
            </w:r>
          </w:p>
          <w:p>
            <w:pPr>
              <w:spacing w:after="0"/>
              <w:jc w:val="right"/>
            </w:pPr>
            <w:r>
              <w:rPr>
                <w:b w:val="0"/>
                <w:i w:val="0"/>
                <w:color w:val="1B222E"/>
                <w:sz w:val="20"/>
              </w:rPr>
              <w:t>Invoice no. {{invoice.invoicenumber}}</w:t>
            </w:r>
          </w:p>
          <w:p>
            <w:pPr>
              <w:spacing w:after="0"/>
              <w:jc w:val="right"/>
            </w:pPr>
            <w:r>
              <w:rPr>
                <w:b w:val="0"/>
                <w:i w:val="0"/>
                <w:color w:val="1B222E"/>
                <w:sz w:val="20"/>
              </w:rPr>
              <w:t>Issued {{date:d MMMM yyyy}}</w:t>
            </w:r>
          </w:p>
          <w:p>
            <w:pPr>
              <w:spacing w:after="0"/>
              <w:jc w:val="right"/>
            </w:pPr>
            <w:r>
              <w:rPr>
                <w:b w:val="0"/>
                <w:i w:val="0"/>
                <w:color w:val="1B222E"/>
                <w:sz w:val="20"/>
              </w:rPr>
              <w:t>Due {{invoice._raw.duedate:d MMMM yyyy}}</w:t>
            </w:r>
          </w:p>
        </w:tc>
      </w:tr>
    </w:tbl>
    <w:p>
      <w:pPr>
        <w:spacing w:after="120"/>
        <w:pBdr>
          <w:bottom w:val="single" w:sz="8" w:space="1" w:color="1B222E"/>
        </w:pBdr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5443"/>
          </w:tcPr>
          <w:p>
            <w:r>
              <w:rPr>
                <w:b/>
                <w:i w:val="0"/>
                <w:color w:val="C2410C"/>
                <w:sz w:val="17"/>
              </w:rPr>
              <w:t>BILL TO</w:t>
            </w:r>
          </w:p>
          <w:p>
            <w:pPr>
              <w:spacing w:after="0"/>
            </w:pPr>
            <w:r>
              <w:rPr>
                <w:b/>
                <w:i w:val="0"/>
                <w:sz w:val="22"/>
              </w:rPr>
              <w:t>{{invoice.customerid}}</w:t>
            </w:r>
          </w:p>
          <w:p>
            <w:pPr>
              <w:spacing w:after="0"/>
            </w:pPr>
            <w:r>
              <w:rPr>
                <w:b w:val="0"/>
                <w:i w:val="0"/>
                <w:sz w:val="20"/>
              </w:rPr>
              <w:t>{{invoice.billto_line1}}</w:t>
            </w:r>
          </w:p>
          <w:p>
            <w:pPr>
              <w:spacing w:after="0"/>
            </w:pPr>
            <w:r>
              <w:rPr>
                <w:b w:val="0"/>
                <w:i w:val="0"/>
                <w:sz w:val="20"/>
              </w:rPr>
              <w:t>{{#if invoice.billto_line2}}{{invoice.billto_line2}}{{/if}}</w:t>
            </w:r>
          </w:p>
          <w:p>
            <w:pPr>
              <w:spacing w:after="0"/>
            </w:pPr>
            <w:r>
              <w:rPr>
                <w:b w:val="0"/>
                <w:i w:val="0"/>
                <w:sz w:val="20"/>
              </w:rPr>
              <w:t>{{invoice.billto_city}} {{invoice.billto_stateorprovince}} {{invoice.billto_postalcode}}</w:t>
            </w:r>
          </w:p>
          <w:p>
            <w:pPr>
              <w:spacing w:after="0"/>
            </w:pPr>
            <w:r>
              <w:rPr>
                <w:b w:val="0"/>
                <w:i w:val="0"/>
                <w:sz w:val="20"/>
              </w:rPr>
              <w:t>{{invoice.billto_country}}</w:t>
            </w:r>
          </w:p>
        </w:tc>
        <w:tc>
          <w:tcPr>
            <w:tcW w:type="dxa" w:w="3969"/>
          </w:tcPr>
          <w:p>
            <w:r>
              <w:rPr>
                <w:b/>
                <w:i w:val="0"/>
                <w:color w:val="C2410C"/>
                <w:sz w:val="17"/>
              </w:rPr>
              <w:t>DETAILS</w:t>
            </w:r>
          </w:p>
          <w:p>
            <w:pPr>
              <w:spacing w:after="0"/>
            </w:pPr>
            <w:r>
              <w:rPr>
                <w:b w:val="0"/>
                <w:i w:val="0"/>
                <w:sz w:val="20"/>
              </w:rPr>
              <w:t>Order: {{invoice.salesorderid}}</w:t>
            </w:r>
          </w:p>
          <w:p>
            <w:pPr>
              <w:spacing w:after="0"/>
            </w:pPr>
            <w:r>
              <w:rPr>
                <w:b w:val="0"/>
                <w:i w:val="0"/>
                <w:sz w:val="20"/>
              </w:rPr>
              <w:t>Payment terms: {{invoice.paymenttermscode}}</w:t>
            </w:r>
          </w:p>
          <w:p>
            <w:pPr>
              <w:spacing w:after="0"/>
            </w:pPr>
            <w:r>
              <w:rPr>
                <w:b w:val="0"/>
                <w:i w:val="0"/>
                <w:sz w:val="20"/>
              </w:rPr>
              <w:t>Status: {{invoice.statuscode}}</w:t>
            </w:r>
          </w:p>
        </w:tc>
      </w:tr>
    </w:tbl>
    <w:p>
      <w:pPr>
        <w:spacing w:after="40" w:before="200"/>
      </w:pPr>
      <w:r>
        <w:rPr>
          <w:b/>
          <w:i w:val="0"/>
          <w:color w:val="C2410C"/>
          <w:sz w:val="17"/>
        </w:rPr>
        <w:t>INVOICE</w:t>
      </w:r>
    </w:p>
    <w:p>
      <w:pPr>
        <w:spacing w:after="160"/>
      </w:pPr>
      <w:r>
        <w:rPr>
          <w:b/>
          <w:i w:val="0"/>
          <w:sz w:val="28"/>
        </w:rPr>
        <w:t>{{invoice.name}}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9DEE5"/>
          <w:left w:val="nil"/>
          <w:bottom w:val="single" w:sz="4" w:space="0" w:color="D9DEE5"/>
          <w:right w:val="nil"/>
          <w:insideH w:val="single" w:sz="4" w:space="0" w:color="D9DEE5"/>
          <w:insideV w:val="nil"/>
        </w:tblBorders>
      </w:tblPr>
      <w:tblGrid>
        <w:gridCol w:w="1928"/>
        <w:gridCol w:w="1928"/>
        <w:gridCol w:w="1928"/>
        <w:gridCol w:w="1928"/>
        <w:gridCol w:w="1928"/>
      </w:tblGrid>
      <w:tr>
        <w:tc>
          <w:tcPr>
            <w:tcW w:type="dxa" w:w="4309"/>
            <w:shd w:val="clear" w:color="auto" w:fill="1B222E"/>
          </w:tcPr>
          <w:p>
            <w:pPr>
              <w:spacing w:after="40" w:before="40"/>
            </w:pPr>
            <w:r>
              <w:rPr>
                <w:b/>
                <w:i w:val="0"/>
                <w:color w:val="FFFFFF"/>
                <w:sz w:val="18"/>
              </w:rPr>
              <w:t>Description</w:t>
            </w:r>
          </w:p>
        </w:tc>
        <w:tc>
          <w:tcPr>
            <w:tcW w:type="dxa" w:w="907"/>
            <w:shd w:val="clear" w:color="auto" w:fill="1B222E"/>
          </w:tcPr>
          <w:p>
            <w:pPr>
              <w:spacing w:after="40" w:before="40"/>
              <w:jc w:val="right"/>
            </w:pPr>
            <w:r>
              <w:rPr>
                <w:b/>
                <w:i w:val="0"/>
                <w:color w:val="FFFFFF"/>
                <w:sz w:val="18"/>
              </w:rPr>
              <w:t>Qty</w:t>
            </w:r>
          </w:p>
        </w:tc>
        <w:tc>
          <w:tcPr>
            <w:tcW w:type="dxa" w:w="1474"/>
            <w:shd w:val="clear" w:color="auto" w:fill="1B222E"/>
          </w:tcPr>
          <w:p>
            <w:pPr>
              <w:spacing w:after="40" w:before="40"/>
              <w:jc w:val="right"/>
            </w:pPr>
            <w:r>
              <w:rPr>
                <w:b/>
                <w:i w:val="0"/>
                <w:color w:val="FFFFFF"/>
                <w:sz w:val="18"/>
              </w:rPr>
              <w:t>Unit price</w:t>
            </w:r>
          </w:p>
        </w:tc>
        <w:tc>
          <w:tcPr>
            <w:tcW w:type="dxa" w:w="1361"/>
            <w:shd w:val="clear" w:color="auto" w:fill="1B222E"/>
          </w:tcPr>
          <w:p>
            <w:pPr>
              <w:spacing w:after="40" w:before="40"/>
              <w:jc w:val="right"/>
            </w:pPr>
            <w:r>
              <w:rPr>
                <w:b/>
                <w:i w:val="0"/>
                <w:color w:val="FFFFFF"/>
                <w:sz w:val="18"/>
              </w:rPr>
              <w:t>Tax</w:t>
            </w:r>
          </w:p>
        </w:tc>
        <w:tc>
          <w:tcPr>
            <w:tcW w:type="dxa" w:w="1587"/>
            <w:shd w:val="clear" w:color="auto" w:fill="1B222E"/>
          </w:tcPr>
          <w:p>
            <w:pPr>
              <w:spacing w:after="40" w:before="40"/>
              <w:jc w:val="right"/>
            </w:pPr>
            <w:r>
              <w:rPr>
                <w:b/>
                <w:i w:val="0"/>
                <w:color w:val="FFFFFF"/>
                <w:sz w:val="18"/>
              </w:rPr>
              <w:t>Amount</w:t>
            </w:r>
          </w:p>
        </w:tc>
      </w:tr>
      <w:tr>
        <w:tc>
          <w:tcPr>
            <w:tcW w:type="dxa" w:w="4309"/>
          </w:tcPr>
          <w:p>
            <w:pPr>
              <w:spacing w:after="40" w:before="40"/>
            </w:pPr>
            <w:r>
              <w:rPr>
                <w:b w:val="0"/>
                <w:i w:val="0"/>
                <w:sz w:val="20"/>
              </w:rPr>
              <w:t>{{#each invoice.lines}}{{productid}}{{productdescription}}</w:t>
            </w:r>
          </w:p>
        </w:tc>
        <w:tc>
          <w:tcPr>
            <w:tcW w:type="dxa" w:w="907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sz w:val="20"/>
              </w:rPr>
              <w:t>{{_raw.quantity:0.##}}</w:t>
            </w:r>
          </w:p>
        </w:tc>
        <w:tc>
          <w:tcPr>
            <w:tcW w:type="dxa" w:w="1474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sz w:val="20"/>
              </w:rPr>
              <w:t>{{priceperunit}}</w:t>
            </w:r>
          </w:p>
        </w:tc>
        <w:tc>
          <w:tcPr>
            <w:tcW w:type="dxa" w:w="1361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sz w:val="20"/>
              </w:rPr>
              <w:t>{{tax}}</w:t>
            </w:r>
          </w:p>
        </w:tc>
        <w:tc>
          <w:tcPr>
            <w:tcW w:type="dxa" w:w="1587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sz w:val="20"/>
              </w:rPr>
              <w:t>{{extendedamount}}{{/each}}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213"/>
        <w:gridCol w:w="3213"/>
        <w:gridCol w:w="3213"/>
      </w:tblGrid>
      <w:tr>
        <w:tc>
          <w:tcPr>
            <w:tcW w:type="dxa" w:w="3742"/>
          </w:tcPr>
          <w:p/>
        </w:tc>
        <w:tc>
          <w:tcPr>
            <w:tcW w:type="dxa" w:w="2835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color w:val="6B7480"/>
                <w:sz w:val="19"/>
              </w:rPr>
              <w:t>Subtotal</w:t>
            </w:r>
          </w:p>
        </w:tc>
        <w:tc>
          <w:tcPr>
            <w:tcW w:type="dxa" w:w="2835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sz w:val="21"/>
              </w:rPr>
              <w:t>{{invoice.totallineitemamount}}</w:t>
            </w:r>
          </w:p>
        </w:tc>
      </w:tr>
      <w:tr>
        <w:tc>
          <w:tcPr>
            <w:tcW w:type="dxa" w:w="3742"/>
          </w:tcPr>
          <w:p/>
        </w:tc>
        <w:tc>
          <w:tcPr>
            <w:tcW w:type="dxa" w:w="2835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color w:val="6B7480"/>
                <w:sz w:val="19"/>
              </w:rPr>
              <w:t>{{#if invoice._raw.totaldiscountamount}}Discount{{/if}}</w:t>
            </w:r>
          </w:p>
        </w:tc>
        <w:tc>
          <w:tcPr>
            <w:tcW w:type="dxa" w:w="2835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sz w:val="21"/>
              </w:rPr>
              <w:t>{{#if invoice._raw.totaldiscountamount}}-{{invoice.totaldiscountamount}}{{/if}}</w:t>
            </w:r>
          </w:p>
        </w:tc>
      </w:tr>
      <w:tr>
        <w:tc>
          <w:tcPr>
            <w:tcW w:type="dxa" w:w="3742"/>
          </w:tcPr>
          <w:p/>
        </w:tc>
        <w:tc>
          <w:tcPr>
            <w:tcW w:type="dxa" w:w="2835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color w:val="6B7480"/>
                <w:sz w:val="19"/>
              </w:rPr>
              <w:t>Tax</w:t>
            </w:r>
          </w:p>
        </w:tc>
        <w:tc>
          <w:tcPr>
            <w:tcW w:type="dxa" w:w="2835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sz w:val="21"/>
              </w:rPr>
              <w:t>{{invoice.totaltax}}</w:t>
            </w:r>
          </w:p>
        </w:tc>
      </w:tr>
      <w:tr>
        <w:tc>
          <w:tcPr>
            <w:tcW w:type="dxa" w:w="3742"/>
          </w:tcPr>
          <w:p/>
        </w:tc>
        <w:tc>
          <w:tcPr>
            <w:tcW w:type="dxa" w:w="2835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color w:val="6B7480"/>
                <w:sz w:val="19"/>
              </w:rPr>
              <w:t>{{#if invoice._raw.freightamount}}Freight{{/if}}</w:t>
            </w:r>
          </w:p>
        </w:tc>
        <w:tc>
          <w:tcPr>
            <w:tcW w:type="dxa" w:w="2835"/>
          </w:tcPr>
          <w:p>
            <w:pPr>
              <w:spacing w:after="40" w:before="40"/>
              <w:jc w:val="right"/>
            </w:pPr>
            <w:r>
              <w:rPr>
                <w:b w:val="0"/>
                <w:i w:val="0"/>
                <w:sz w:val="21"/>
              </w:rPr>
              <w:t>{{#if invoice._raw.freightamount}}{{invoice.freightamount}}{{/if}}</w:t>
            </w:r>
          </w:p>
        </w:tc>
      </w:tr>
      <w:tr>
        <w:tc>
          <w:tcPr>
            <w:tcW w:type="dxa" w:w="3742"/>
          </w:tcPr>
          <w:p/>
        </w:tc>
        <w:tc>
          <w:tcPr>
            <w:tcW w:type="dxa" w:w="2835"/>
            <w:shd w:val="clear" w:color="auto" w:fill="F3F4F6"/>
          </w:tcPr>
          <w:p>
            <w:pPr>
              <w:spacing w:after="40" w:before="40"/>
              <w:jc w:val="right"/>
            </w:pPr>
            <w:r>
              <w:rPr>
                <w:b/>
                <w:i w:val="0"/>
                <w:color w:val="1B222E"/>
                <w:sz w:val="21"/>
              </w:rPr>
              <w:t>Amount due</w:t>
            </w:r>
          </w:p>
        </w:tc>
        <w:tc>
          <w:tcPr>
            <w:tcW w:type="dxa" w:w="2835"/>
            <w:shd w:val="clear" w:color="auto" w:fill="F3F4F6"/>
          </w:tcPr>
          <w:p>
            <w:pPr>
              <w:spacing w:after="40" w:before="40"/>
              <w:jc w:val="right"/>
            </w:pPr>
            <w:r>
              <w:rPr>
                <w:b/>
                <w:i w:val="0"/>
                <w:sz w:val="23"/>
              </w:rPr>
              <w:t>{{invoice.totalamount}}</w:t>
            </w:r>
          </w:p>
        </w:tc>
      </w:tr>
    </w:tbl>
    <w:p>
      <w:pPr>
        <w:spacing w:after="40" w:before="200"/>
      </w:pPr>
      <w:r>
        <w:rPr>
          <w:b/>
          <w:i w:val="0"/>
          <w:color w:val="C2410C"/>
          <w:sz w:val="17"/>
        </w:rPr>
        <w:t>HOW TO PAY</w:t>
      </w:r>
    </w:p>
    <w:p>
      <w:r>
        <w:rPr>
          <w:b w:val="0"/>
          <w:i w:val="0"/>
          <w:sz w:val="20"/>
        </w:rPr>
        <w:t>Please pay {{invoice.totalamount}} by {{invoice._raw.duedate:d MMMM yyyy}} quoting invoice {{invoice.invoicenumber}}.</w:t>
      </w:r>
    </w:p>
    <w:p>
      <w:r>
        <w:rPr>
          <w:b w:val="0"/>
          <w:i w:val="0"/>
          <w:color w:val="6B7480"/>
          <w:sz w:val="19"/>
        </w:rPr>
        <w:t>[Bank name] · [Account name] · [Account number / IBAN] · [Sort code / SWIFT]</w:t>
      </w:r>
    </w:p>
    <w:p>
      <w:pPr>
        <w:spacing w:before="120"/>
      </w:pPr>
      <w:r>
        <w:rPr>
          <w:b w:val="0"/>
          <w:i w:val="0"/>
          <w:sz w:val="20"/>
        </w:rPr>
        <w:t>{{#if invoice.description}}Notes: {{invoice.description}}{{/if}}</w:t>
      </w:r>
    </w:p>
    <w:sectPr w:rsidR="00FC693F" w:rsidRPr="0006063C" w:rsidSect="00034616">
      <w:footerReference w:type="default" r:id="rId9"/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b w:val="0"/>
        <w:i w:val="0"/>
        <w:color w:val="6B7480"/>
        <w:sz w:val="16"/>
      </w:rPr>
      <w:t>{{invoice.invoicenumber}} · Generated {{now:d MMMM yyyy HH:mm}} · [Company registration / tax number]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6" w:lineRule="auto"/>
    </w:pPr>
    <w:rPr>
      <w:rFonts w:ascii="Calibri" w:hAnsi="Calibri" w:eastAsia="Calibri"/>
      <w:color w:val="1B222E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