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5443"/>
          </w:tcPr>
          <w:p>
            <w:r>
              <w:rPr>
                <w:b/>
                <w:i w:val="0"/>
                <w:color w:val="1B222E"/>
                <w:sz w:val="28"/>
              </w:rPr>
              <w:t>[Your company name]</w:t>
            </w:r>
          </w:p>
          <w:p>
            <w:pPr>
              <w:spacing w:after="0"/>
            </w:pPr>
            <w:r>
              <w:rPr>
                <w:b w:val="0"/>
                <w:i w:val="0"/>
                <w:color w:val="6B7480"/>
                <w:sz w:val="19"/>
              </w:rPr>
              <w:t>[Street address]</w:t>
            </w:r>
          </w:p>
          <w:p>
            <w:pPr>
              <w:spacing w:after="0"/>
            </w:pPr>
            <w:r>
              <w:rPr>
                <w:b w:val="0"/>
                <w:i w:val="0"/>
                <w:color w:val="6B7480"/>
                <w:sz w:val="19"/>
              </w:rPr>
              <w:t>[City, region, postcode]</w:t>
            </w:r>
          </w:p>
          <w:p>
            <w:pPr>
              <w:spacing w:after="0"/>
            </w:pPr>
            <w:r>
              <w:rPr>
                <w:b w:val="0"/>
                <w:i w:val="0"/>
                <w:color w:val="6B7480"/>
                <w:sz w:val="19"/>
              </w:rPr>
              <w:t>[Phone] · [Email] · [Website]</w:t>
            </w:r>
          </w:p>
        </w:tc>
        <w:tc>
          <w:tcPr>
            <w:tcW w:type="dxa" w:w="3969"/>
          </w:tcPr>
          <w:p>
            <w:pPr>
              <w:jc w:val="right"/>
            </w:pPr>
            <w:r>
              <w:rPr>
                <w:b/>
                <w:i w:val="0"/>
                <w:color w:val="C2410C"/>
                <w:sz w:val="44"/>
              </w:rPr>
              <w:t>ORDER CONFIRMATION</w:t>
            </w:r>
          </w:p>
          <w:p>
            <w:pPr>
              <w:spacing w:after="0"/>
              <w:jc w:val="right"/>
            </w:pPr>
            <w:r>
              <w:rPr>
                <w:b w:val="0"/>
                <w:i w:val="0"/>
                <w:color w:val="1B222E"/>
                <w:sz w:val="20"/>
              </w:rPr>
              <w:t>Order no. {{salesorder.ordernumber}}</w:t>
            </w:r>
          </w:p>
          <w:p>
            <w:pPr>
              <w:spacing w:after="0"/>
              <w:jc w:val="right"/>
            </w:pPr>
            <w:r>
              <w:rPr>
                <w:b w:val="0"/>
                <w:i w:val="0"/>
                <w:color w:val="1B222E"/>
                <w:sz w:val="20"/>
              </w:rPr>
              <w:t>Confirmed {{date:d MMMM yyyy}}</w:t>
            </w:r>
          </w:p>
          <w:p>
            <w:pPr>
              <w:spacing w:after="0"/>
              <w:jc w:val="right"/>
            </w:pPr>
            <w:r>
              <w:rPr>
                <w:b w:val="0"/>
                <w:i w:val="0"/>
                <w:color w:val="1B222E"/>
                <w:sz w:val="20"/>
              </w:rPr>
              <w:t>Requested delivery {{salesorder._raw.requestdeliveryby:d MMMM yyyy}}</w:t>
            </w:r>
          </w:p>
        </w:tc>
      </w:tr>
    </w:tbl>
    <w:p>
      <w:pPr>
        <w:spacing w:after="120"/>
        <w:pBdr>
          <w:bottom w:val="single" w:sz="8" w:space="1" w:color="1B222E"/>
        </w:pBdr>
      </w:pPr>
    </w:p>
    <w:p>
      <w:pPr>
        <w:spacing w:after="160"/>
      </w:pPr>
      <w:r>
        <w:rPr>
          <w:b w:val="0"/>
          <w:i w:val="0"/>
          <w:sz w:val="21"/>
        </w:rPr>
        <w:t>Thank you for your order. This confirms what we will supply and where it is going. If anything below is wrong, reply to {{salesorder.ownerid}} before the requested delivery date.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706"/>
          </w:tcPr>
          <w:p>
            <w:r>
              <w:rPr>
                <w:b/>
                <w:i w:val="0"/>
                <w:color w:val="C2410C"/>
                <w:sz w:val="17"/>
              </w:rPr>
              <w:t>SHIP TO</w:t>
            </w:r>
          </w:p>
          <w:p>
            <w:pPr>
              <w:spacing w:after="0"/>
            </w:pPr>
            <w:r>
              <w:rPr>
                <w:b/>
                <w:i w:val="0"/>
                <w:sz w:val="22"/>
              </w:rPr>
              <w:t>{{salesorder.shipto_name}}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{{salesorder.shipto_line1}}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{{#if salesorder.shipto_line2}}{{salesorder.shipto_line2}}{{/if}}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{{salesorder.shipto_city}} {{salesorder.shipto_stateorprovince}} {{salesorder.shipto_postalcode}}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{{salesorder.shipto_country}}</w:t>
            </w:r>
          </w:p>
        </w:tc>
        <w:tc>
          <w:tcPr>
            <w:tcW w:type="dxa" w:w="4706"/>
          </w:tcPr>
          <w:p>
            <w:r>
              <w:rPr>
                <w:b/>
                <w:i w:val="0"/>
                <w:color w:val="C2410C"/>
                <w:sz w:val="17"/>
              </w:rPr>
              <w:t>BILL TO</w:t>
            </w:r>
          </w:p>
          <w:p>
            <w:pPr>
              <w:spacing w:after="0"/>
            </w:pPr>
            <w:r>
              <w:rPr>
                <w:b/>
                <w:i w:val="0"/>
                <w:sz w:val="22"/>
              </w:rPr>
              <w:t>{{salesorder.customerid}}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{{salesorder.billto_line1}}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{{salesorder.billto_city}} {{salesorder.billto_stateorprovince}} {{salesorder.billto_postalcode}}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{{salesorder.billto_country}}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single" w:sz="4" w:space="0" w:color="D9DEE5"/>
          <w:insideV w:val="nil"/>
        </w:tblBorders>
      </w:tblPr>
      <w:tblGrid>
        <w:gridCol w:w="4819"/>
        <w:gridCol w:w="4819"/>
      </w:tblGrid>
      <w:tr>
        <w:tc>
          <w:tcPr>
            <w:tcW w:type="dxa" w:w="2268"/>
          </w:tcPr>
          <w:p>
            <w:pPr>
              <w:spacing w:after="40" w:before="40"/>
            </w:pPr>
            <w:r>
              <w:rPr>
                <w:b w:val="0"/>
                <w:i w:val="0"/>
                <w:color w:val="6B7480"/>
                <w:sz w:val="19"/>
              </w:rPr>
              <w:t>Order</w:t>
            </w:r>
          </w:p>
        </w:tc>
        <w:tc>
          <w:tcPr>
            <w:tcW w:type="dxa" w:w="7143"/>
          </w:tcPr>
          <w:p>
            <w:pPr>
              <w:spacing w:after="40" w:before="40"/>
            </w:pPr>
            <w:r>
              <w:rPr>
                <w:b w:val="0"/>
                <w:i w:val="0"/>
                <w:sz w:val="21"/>
              </w:rPr>
              <w:t>{{salesorder.name}}</w:t>
            </w:r>
          </w:p>
        </w:tc>
      </w:tr>
      <w:tr>
        <w:tc>
          <w:tcPr>
            <w:tcW w:type="dxa" w:w="2268"/>
          </w:tcPr>
          <w:p>
            <w:pPr>
              <w:spacing w:after="40" w:before="40"/>
            </w:pPr>
            <w:r>
              <w:rPr>
                <w:b w:val="0"/>
                <w:i w:val="0"/>
                <w:color w:val="6B7480"/>
                <w:sz w:val="19"/>
              </w:rPr>
              <w:t>Shipping method</w:t>
            </w:r>
          </w:p>
        </w:tc>
        <w:tc>
          <w:tcPr>
            <w:tcW w:type="dxa" w:w="7143"/>
          </w:tcPr>
          <w:p>
            <w:pPr>
              <w:spacing w:after="40" w:before="40"/>
            </w:pPr>
            <w:r>
              <w:rPr>
                <w:b w:val="0"/>
                <w:i w:val="0"/>
                <w:sz w:val="21"/>
              </w:rPr>
              <w:t>{{salesorder.shippingmethodcode}}</w:t>
            </w:r>
          </w:p>
        </w:tc>
      </w:tr>
      <w:tr>
        <w:tc>
          <w:tcPr>
            <w:tcW w:type="dxa" w:w="2268"/>
          </w:tcPr>
          <w:p>
            <w:pPr>
              <w:spacing w:after="40" w:before="40"/>
            </w:pPr>
            <w:r>
              <w:rPr>
                <w:b w:val="0"/>
                <w:i w:val="0"/>
                <w:color w:val="6B7480"/>
                <w:sz w:val="19"/>
              </w:rPr>
              <w:t>Payment terms</w:t>
            </w:r>
          </w:p>
        </w:tc>
        <w:tc>
          <w:tcPr>
            <w:tcW w:type="dxa" w:w="7143"/>
          </w:tcPr>
          <w:p>
            <w:pPr>
              <w:spacing w:after="40" w:before="40"/>
            </w:pPr>
            <w:r>
              <w:rPr>
                <w:b w:val="0"/>
                <w:i w:val="0"/>
                <w:sz w:val="21"/>
              </w:rPr>
              <w:t>{{salesorder.paymenttermscode}}</w:t>
            </w:r>
          </w:p>
        </w:tc>
      </w:tr>
      <w:tr>
        <w:tc>
          <w:tcPr>
            <w:tcW w:type="dxa" w:w="2268"/>
          </w:tcPr>
          <w:p>
            <w:pPr>
              <w:spacing w:after="40" w:before="40"/>
            </w:pPr>
            <w:r>
              <w:rPr>
                <w:b w:val="0"/>
                <w:i w:val="0"/>
                <w:color w:val="6B7480"/>
                <w:sz w:val="19"/>
              </w:rPr>
              <w:t>Status</w:t>
            </w:r>
          </w:p>
        </w:tc>
        <w:tc>
          <w:tcPr>
            <w:tcW w:type="dxa" w:w="7143"/>
          </w:tcPr>
          <w:p>
            <w:pPr>
              <w:spacing w:after="40" w:before="40"/>
            </w:pPr>
            <w:r>
              <w:rPr>
                <w:b w:val="0"/>
                <w:i w:val="0"/>
                <w:sz w:val="21"/>
              </w:rPr>
              <w:t>{{salesorder.statuscode}}</w:t>
            </w:r>
          </w:p>
        </w:tc>
      </w:tr>
    </w:tbl>
    <w:p>
      <w:pPr>
        <w:spacing w:after="40" w:before="200"/>
      </w:pPr>
      <w:r>
        <w:rPr>
          <w:b/>
          <w:i w:val="0"/>
          <w:color w:val="C2410C"/>
          <w:sz w:val="17"/>
        </w:rPr>
        <w:t>ITEMS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9DEE5"/>
          <w:left w:val="nil"/>
          <w:bottom w:val="single" w:sz="4" w:space="0" w:color="D9DEE5"/>
          <w:right w:val="nil"/>
          <w:insideH w:val="single" w:sz="4" w:space="0" w:color="D9DEE5"/>
          <w:insideV w:val="nil"/>
        </w:tblBorders>
      </w:tblPr>
      <w:tblGrid>
        <w:gridCol w:w="2409"/>
        <w:gridCol w:w="2409"/>
        <w:gridCol w:w="2409"/>
        <w:gridCol w:w="2409"/>
      </w:tblGrid>
      <w:tr>
        <w:tc>
          <w:tcPr>
            <w:tcW w:type="dxa" w:w="5329"/>
            <w:shd w:val="clear" w:color="auto" w:fill="1B222E"/>
          </w:tcPr>
          <w:p>
            <w:pPr>
              <w:spacing w:after="40" w:before="40"/>
            </w:pPr>
            <w:r>
              <w:rPr>
                <w:b/>
                <w:i w:val="0"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val="clear" w:color="auto" w:fill="1B222E"/>
          </w:tcPr>
          <w:p>
            <w:pPr>
              <w:spacing w:after="40" w:before="40"/>
              <w:jc w:val="right"/>
            </w:pPr>
            <w:r>
              <w:rPr>
                <w:b/>
                <w:i w:val="0"/>
                <w:color w:val="FFFFFF"/>
                <w:sz w:val="18"/>
              </w:rPr>
              <w:t>Qty</w:t>
            </w:r>
          </w:p>
        </w:tc>
        <w:tc>
          <w:tcPr>
            <w:tcW w:type="dxa" w:w="1587"/>
            <w:shd w:val="clear" w:color="auto" w:fill="1B222E"/>
          </w:tcPr>
          <w:p>
            <w:pPr>
              <w:spacing w:after="40" w:before="40"/>
              <w:jc w:val="right"/>
            </w:pPr>
            <w:r>
              <w:rPr>
                <w:b/>
                <w:i w:val="0"/>
                <w:color w:val="FFFFFF"/>
                <w:sz w:val="18"/>
              </w:rPr>
              <w:t>Unit price</w:t>
            </w:r>
          </w:p>
        </w:tc>
        <w:tc>
          <w:tcPr>
            <w:tcW w:type="dxa" w:w="1701"/>
            <w:shd w:val="clear" w:color="auto" w:fill="1B222E"/>
          </w:tcPr>
          <w:p>
            <w:pPr>
              <w:spacing w:after="40" w:before="40"/>
              <w:jc w:val="right"/>
            </w:pPr>
            <w:r>
              <w:rPr>
                <w:b/>
                <w:i w:val="0"/>
                <w:color w:val="FFFFFF"/>
                <w:sz w:val="18"/>
              </w:rPr>
              <w:t>Amount</w:t>
            </w:r>
          </w:p>
        </w:tc>
      </w:tr>
      <w:tr>
        <w:tc>
          <w:tcPr>
            <w:tcW w:type="dxa" w:w="5329"/>
          </w:tcPr>
          <w:p>
            <w:pPr>
              <w:spacing w:after="40" w:before="40"/>
            </w:pPr>
            <w:r>
              <w:rPr>
                <w:b w:val="0"/>
                <w:i w:val="0"/>
                <w:sz w:val="20"/>
              </w:rPr>
              <w:t>{{#each salesorder.lines}}{{productid}}{{productdescription}}</w:t>
            </w:r>
          </w:p>
        </w:tc>
        <w:tc>
          <w:tcPr>
            <w:tcW w:type="dxa" w:w="1020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0"/>
              </w:rPr>
              <w:t>{{_raw.quantity:0.##}}</w:t>
            </w:r>
          </w:p>
        </w:tc>
        <w:tc>
          <w:tcPr>
            <w:tcW w:type="dxa" w:w="1587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0"/>
              </w:rPr>
              <w:t>{{priceperunit}}</w:t>
            </w:r>
          </w:p>
        </w:tc>
        <w:tc>
          <w:tcPr>
            <w:tcW w:type="dxa" w:w="1701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0"/>
              </w:rPr>
              <w:t>{{extendedamount}}{{/each}}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13"/>
        <w:gridCol w:w="3213"/>
        <w:gridCol w:w="3213"/>
      </w:tblGrid>
      <w:tr>
        <w:tc>
          <w:tcPr>
            <w:tcW w:type="dxa" w:w="3742"/>
          </w:tcPr>
          <w:p/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color w:val="6B7480"/>
                <w:sz w:val="19"/>
              </w:rPr>
              <w:t>Subtotal</w:t>
            </w:r>
          </w:p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1"/>
              </w:rPr>
              <w:t>{{salesorder.totallineitemamount}}</w:t>
            </w:r>
          </w:p>
        </w:tc>
      </w:tr>
      <w:tr>
        <w:tc>
          <w:tcPr>
            <w:tcW w:type="dxa" w:w="3742"/>
          </w:tcPr>
          <w:p/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color w:val="6B7480"/>
                <w:sz w:val="19"/>
              </w:rPr>
              <w:t>Tax</w:t>
            </w:r>
          </w:p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1"/>
              </w:rPr>
              <w:t>{{salesorder.totaltax}}</w:t>
            </w:r>
          </w:p>
        </w:tc>
      </w:tr>
      <w:tr>
        <w:tc>
          <w:tcPr>
            <w:tcW w:type="dxa" w:w="3742"/>
          </w:tcPr>
          <w:p/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color w:val="6B7480"/>
                <w:sz w:val="19"/>
              </w:rPr>
              <w:t>{{#if salesorder._raw.freightamount}}Freight{{/if}}</w:t>
            </w:r>
          </w:p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1"/>
              </w:rPr>
              <w:t>{{#if salesorder._raw.freightamount}}{{salesorder.freightamount}}{{/if}}</w:t>
            </w:r>
          </w:p>
        </w:tc>
      </w:tr>
      <w:tr>
        <w:tc>
          <w:tcPr>
            <w:tcW w:type="dxa" w:w="3742"/>
          </w:tcPr>
          <w:p/>
        </w:tc>
        <w:tc>
          <w:tcPr>
            <w:tcW w:type="dxa" w:w="2835"/>
            <w:shd w:val="clear" w:color="auto" w:fill="F3F4F6"/>
          </w:tcPr>
          <w:p>
            <w:pPr>
              <w:spacing w:after="40" w:before="40"/>
              <w:jc w:val="right"/>
            </w:pPr>
            <w:r>
              <w:rPr>
                <w:b/>
                <w:i w:val="0"/>
                <w:color w:val="1B222E"/>
                <w:sz w:val="21"/>
              </w:rPr>
              <w:t>Order total</w:t>
            </w:r>
          </w:p>
        </w:tc>
        <w:tc>
          <w:tcPr>
            <w:tcW w:type="dxa" w:w="2835"/>
            <w:shd w:val="clear" w:color="auto" w:fill="F3F4F6"/>
          </w:tcPr>
          <w:p>
            <w:pPr>
              <w:spacing w:after="40" w:before="40"/>
              <w:jc w:val="right"/>
            </w:pPr>
            <w:r>
              <w:rPr>
                <w:b/>
                <w:i w:val="0"/>
                <w:sz w:val="23"/>
              </w:rPr>
              <w:t>{{salesorder.totalamount}}</w:t>
            </w:r>
          </w:p>
        </w:tc>
      </w:tr>
    </w:tbl>
    <w:p>
      <w:pPr>
        <w:spacing w:before="200"/>
      </w:pPr>
      <w:r>
        <w:rPr>
          <w:b w:val="0"/>
          <w:i w:val="0"/>
          <w:sz w:val="20"/>
        </w:rPr>
        <w:t>{{#if salesorder.description}}Notes: {{salesorder.description}}{{/if}}</w:t>
      </w:r>
    </w:p>
    <w:sectPr w:rsidR="00FC693F" w:rsidRPr="0006063C" w:rsidSect="00034616">
      <w:footerReference w:type="default" r:id="rId9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 w:val="0"/>
        <w:i w:val="0"/>
        <w:color w:val="6B7480"/>
        <w:sz w:val="16"/>
      </w:rPr>
      <w:t>{{salesorder.ordernumber}} · Generated {{now:d MMMM yyyy HH:mm}}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Calibri" w:hAnsi="Calibri" w:eastAsia="Calibri"/>
      <w:color w:val="1B222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