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5443"/>
          </w:tcPr>
          <w:p>
            <w:r>
              <w:rPr>
                <w:b/>
                <w:i w:val="0"/>
                <w:color w:val="1B222E"/>
                <w:sz w:val="28"/>
              </w:rPr>
              <w:t>[Your company name]</w:t>
            </w:r>
          </w:p>
          <w:p>
            <w:pPr>
              <w:spacing w:after="0"/>
            </w:pPr>
            <w:r>
              <w:rPr>
                <w:b w:val="0"/>
                <w:i w:val="0"/>
                <w:color w:val="6B7480"/>
                <w:sz w:val="19"/>
              </w:rPr>
              <w:t>[Street address]</w:t>
            </w:r>
          </w:p>
          <w:p>
            <w:pPr>
              <w:spacing w:after="0"/>
            </w:pPr>
            <w:r>
              <w:rPr>
                <w:b w:val="0"/>
                <w:i w:val="0"/>
                <w:color w:val="6B7480"/>
                <w:sz w:val="19"/>
              </w:rPr>
              <w:t>[City, region, postcode]</w:t>
            </w:r>
          </w:p>
          <w:p>
            <w:pPr>
              <w:spacing w:after="0"/>
            </w:pPr>
            <w:r>
              <w:rPr>
                <w:b w:val="0"/>
                <w:i w:val="0"/>
                <w:color w:val="6B7480"/>
                <w:sz w:val="19"/>
              </w:rPr>
              <w:t>[Phone] · [Email] · [Website]</w:t>
            </w:r>
          </w:p>
        </w:tc>
        <w:tc>
          <w:tcPr>
            <w:tcW w:type="dxa" w:w="3969"/>
          </w:tcPr>
          <w:p>
            <w:pPr>
              <w:jc w:val="right"/>
            </w:pPr>
            <w:r>
              <w:rPr>
                <w:b/>
                <w:i w:val="0"/>
                <w:color w:val="C2410C"/>
                <w:sz w:val="44"/>
              </w:rPr>
              <w:t>QUOTE</w:t>
            </w:r>
          </w:p>
          <w:p>
            <w:pPr>
              <w:spacing w:after="0"/>
              <w:jc w:val="right"/>
            </w:pPr>
            <w:r>
              <w:rPr>
                <w:b w:val="0"/>
                <w:i w:val="0"/>
                <w:color w:val="1B222E"/>
                <w:sz w:val="20"/>
              </w:rPr>
              <w:t>Quote no. {{quote.quotenumber}}</w:t>
            </w:r>
          </w:p>
          <w:p>
            <w:pPr>
              <w:spacing w:after="0"/>
              <w:jc w:val="right"/>
            </w:pPr>
            <w:r>
              <w:rPr>
                <w:b w:val="0"/>
                <w:i w:val="0"/>
                <w:color w:val="1B222E"/>
                <w:sz w:val="20"/>
              </w:rPr>
              <w:t>Date {{date:d MMMM yyyy}}</w:t>
            </w:r>
          </w:p>
          <w:p>
            <w:pPr>
              <w:spacing w:after="0"/>
              <w:jc w:val="right"/>
            </w:pPr>
            <w:r>
              <w:rPr>
                <w:b w:val="0"/>
                <w:i w:val="0"/>
                <w:color w:val="1B222E"/>
                <w:sz w:val="20"/>
              </w:rPr>
              <w:t>Valid until {{quote._raw.effectiveto:d MMMM yyyy}}</w:t>
            </w:r>
          </w:p>
        </w:tc>
      </w:tr>
    </w:tbl>
    <w:p>
      <w:pPr>
        <w:spacing w:after="120"/>
        <w:pBdr>
          <w:bottom w:val="single" w:sz="8" w:space="1" w:color="1B222E"/>
        </w:pBdr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5443"/>
          </w:tcPr>
          <w:p>
            <w:r>
              <w:rPr>
                <w:b/>
                <w:i w:val="0"/>
                <w:color w:val="C2410C"/>
                <w:sz w:val="17"/>
              </w:rPr>
              <w:t>PREPARED FOR</w:t>
            </w:r>
          </w:p>
          <w:p>
            <w:pPr>
              <w:spacing w:after="0"/>
            </w:pPr>
            <w:r>
              <w:rPr>
                <w:b/>
                <w:i w:val="0"/>
                <w:sz w:val="22"/>
              </w:rPr>
              <w:t>{{quote.customerid}}</w:t>
            </w:r>
          </w:p>
          <w:p>
            <w:pPr>
              <w:spacing w:after="0"/>
            </w:pPr>
            <w:r>
              <w:rPr>
                <w:b w:val="0"/>
                <w:i w:val="0"/>
                <w:sz w:val="20"/>
              </w:rPr>
              <w:t>{{quote.billto_line1}}</w:t>
            </w:r>
          </w:p>
          <w:p>
            <w:pPr>
              <w:spacing w:after="0"/>
            </w:pPr>
            <w:r>
              <w:rPr>
                <w:b w:val="0"/>
                <w:i w:val="0"/>
                <w:sz w:val="20"/>
              </w:rPr>
              <w:t>{{#if quote.billto_line2}}{{quote.billto_line2}}{{/if}}</w:t>
            </w:r>
          </w:p>
          <w:p>
            <w:pPr>
              <w:spacing w:after="0"/>
            </w:pPr>
            <w:r>
              <w:rPr>
                <w:b w:val="0"/>
                <w:i w:val="0"/>
                <w:sz w:val="20"/>
              </w:rPr>
              <w:t>{{quote.billto_city}} {{quote.billto_stateorprovince}} {{quote.billto_postalcode}}</w:t>
            </w:r>
          </w:p>
          <w:p>
            <w:pPr>
              <w:spacing w:after="0"/>
            </w:pPr>
            <w:r>
              <w:rPr>
                <w:b w:val="0"/>
                <w:i w:val="0"/>
                <w:sz w:val="20"/>
              </w:rPr>
              <w:t>{{quote.billto_country}}</w:t>
            </w:r>
          </w:p>
        </w:tc>
        <w:tc>
          <w:tcPr>
            <w:tcW w:type="dxa" w:w="3969"/>
          </w:tcPr>
          <w:p>
            <w:r>
              <w:rPr>
                <w:b/>
                <w:i w:val="0"/>
                <w:color w:val="C2410C"/>
                <w:sz w:val="17"/>
              </w:rPr>
              <w:t>YOUR CONTACT</w:t>
            </w:r>
          </w:p>
          <w:p>
            <w:pPr>
              <w:spacing w:after="0"/>
            </w:pPr>
            <w:r>
              <w:rPr>
                <w:b/>
                <w:i w:val="0"/>
                <w:sz w:val="22"/>
              </w:rPr>
              <w:t>{{quote.ownerid}}</w:t>
            </w:r>
          </w:p>
          <w:p>
            <w:pPr>
              <w:spacing w:after="0"/>
            </w:pPr>
            <w:r>
              <w:rPr>
                <w:b w:val="0"/>
                <w:i w:val="0"/>
                <w:sz w:val="20"/>
              </w:rPr>
              <w:t>Payment terms: {{quote.paymenttermscode}}</w:t>
            </w:r>
          </w:p>
          <w:p>
            <w:pPr>
              <w:spacing w:after="0"/>
            </w:pPr>
            <w:r>
              <w:rPr>
                <w:b w:val="0"/>
                <w:i w:val="0"/>
                <w:sz w:val="20"/>
              </w:rPr>
              <w:t>Shipping: {{quote.shippingmethodcode}}</w:t>
            </w:r>
          </w:p>
        </w:tc>
      </w:tr>
    </w:tbl>
    <w:p>
      <w:pPr>
        <w:spacing w:after="40" w:before="200"/>
      </w:pPr>
      <w:r>
        <w:rPr>
          <w:b/>
          <w:i w:val="0"/>
          <w:color w:val="C2410C"/>
          <w:sz w:val="17"/>
        </w:rPr>
        <w:t>QUOTE</w:t>
      </w:r>
    </w:p>
    <w:p>
      <w:pPr>
        <w:spacing w:after="160"/>
      </w:pPr>
      <w:r>
        <w:rPr>
          <w:b/>
          <w:i w:val="0"/>
          <w:sz w:val="28"/>
        </w:rPr>
        <w:t>{{quote.name}}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D9DEE5"/>
          <w:left w:val="nil"/>
          <w:bottom w:val="single" w:sz="4" w:space="0" w:color="D9DEE5"/>
          <w:right w:val="nil"/>
          <w:insideH w:val="single" w:sz="4" w:space="0" w:color="D9DEE5"/>
          <w:insideV w:val="nil"/>
        </w:tblBorders>
      </w:tblPr>
      <w:tblGrid>
        <w:gridCol w:w="1928"/>
        <w:gridCol w:w="1928"/>
        <w:gridCol w:w="1928"/>
        <w:gridCol w:w="1928"/>
        <w:gridCol w:w="1928"/>
      </w:tblGrid>
      <w:tr>
        <w:tc>
          <w:tcPr>
            <w:tcW w:type="dxa" w:w="4309"/>
            <w:shd w:val="clear" w:color="auto" w:fill="1B222E"/>
          </w:tcPr>
          <w:p>
            <w:pPr>
              <w:spacing w:after="40" w:before="40"/>
            </w:pPr>
            <w:r>
              <w:rPr>
                <w:b/>
                <w:i w:val="0"/>
                <w:color w:val="FFFFFF"/>
                <w:sz w:val="18"/>
              </w:rPr>
              <w:t>Item</w:t>
            </w:r>
          </w:p>
        </w:tc>
        <w:tc>
          <w:tcPr>
            <w:tcW w:type="dxa" w:w="907"/>
            <w:shd w:val="clear" w:color="auto" w:fill="1B222E"/>
          </w:tcPr>
          <w:p>
            <w:pPr>
              <w:spacing w:after="40" w:before="40"/>
              <w:jc w:val="right"/>
            </w:pPr>
            <w:r>
              <w:rPr>
                <w:b/>
                <w:i w:val="0"/>
                <w:color w:val="FFFFFF"/>
                <w:sz w:val="18"/>
              </w:rPr>
              <w:t>Qty</w:t>
            </w:r>
          </w:p>
        </w:tc>
        <w:tc>
          <w:tcPr>
            <w:tcW w:type="dxa" w:w="1474"/>
            <w:shd w:val="clear" w:color="auto" w:fill="1B222E"/>
          </w:tcPr>
          <w:p>
            <w:pPr>
              <w:spacing w:after="40" w:before="40"/>
              <w:jc w:val="right"/>
            </w:pPr>
            <w:r>
              <w:rPr>
                <w:b/>
                <w:i w:val="0"/>
                <w:color w:val="FFFFFF"/>
                <w:sz w:val="18"/>
              </w:rPr>
              <w:t>Unit price</w:t>
            </w:r>
          </w:p>
        </w:tc>
        <w:tc>
          <w:tcPr>
            <w:tcW w:type="dxa" w:w="1361"/>
            <w:shd w:val="clear" w:color="auto" w:fill="1B222E"/>
          </w:tcPr>
          <w:p>
            <w:pPr>
              <w:spacing w:after="40" w:before="40"/>
              <w:jc w:val="right"/>
            </w:pPr>
            <w:r>
              <w:rPr>
                <w:b/>
                <w:i w:val="0"/>
                <w:color w:val="FFFFFF"/>
                <w:sz w:val="18"/>
              </w:rPr>
              <w:t>Discount</w:t>
            </w:r>
          </w:p>
        </w:tc>
        <w:tc>
          <w:tcPr>
            <w:tcW w:type="dxa" w:w="1587"/>
            <w:shd w:val="clear" w:color="auto" w:fill="1B222E"/>
          </w:tcPr>
          <w:p>
            <w:pPr>
              <w:spacing w:after="40" w:before="40"/>
              <w:jc w:val="right"/>
            </w:pPr>
            <w:r>
              <w:rPr>
                <w:b/>
                <w:i w:val="0"/>
                <w:color w:val="FFFFFF"/>
                <w:sz w:val="18"/>
              </w:rPr>
              <w:t>Amount</w:t>
            </w:r>
          </w:p>
        </w:tc>
      </w:tr>
      <w:tr>
        <w:tc>
          <w:tcPr>
            <w:tcW w:type="dxa" w:w="4309"/>
          </w:tcPr>
          <w:p>
            <w:pPr>
              <w:spacing w:after="40" w:before="40"/>
            </w:pPr>
            <w:r>
              <w:rPr>
                <w:b w:val="0"/>
                <w:i w:val="0"/>
                <w:sz w:val="20"/>
              </w:rPr>
              <w:t>{{#each quote.lines}}{{productid}}{{productdescription}}</w:t>
            </w:r>
          </w:p>
        </w:tc>
        <w:tc>
          <w:tcPr>
            <w:tcW w:type="dxa" w:w="907"/>
          </w:tcPr>
          <w:p>
            <w:pPr>
              <w:spacing w:after="40" w:before="40"/>
              <w:jc w:val="right"/>
            </w:pPr>
            <w:r>
              <w:rPr>
                <w:b w:val="0"/>
                <w:i w:val="0"/>
                <w:sz w:val="20"/>
              </w:rPr>
              <w:t>{{_raw.quantity:0.##}}</w:t>
            </w:r>
          </w:p>
        </w:tc>
        <w:tc>
          <w:tcPr>
            <w:tcW w:type="dxa" w:w="1474"/>
          </w:tcPr>
          <w:p>
            <w:pPr>
              <w:spacing w:after="40" w:before="40"/>
              <w:jc w:val="right"/>
            </w:pPr>
            <w:r>
              <w:rPr>
                <w:b w:val="0"/>
                <w:i w:val="0"/>
                <w:sz w:val="20"/>
              </w:rPr>
              <w:t>{{priceperunit}}</w:t>
            </w:r>
          </w:p>
        </w:tc>
        <w:tc>
          <w:tcPr>
            <w:tcW w:type="dxa" w:w="1361"/>
          </w:tcPr>
          <w:p>
            <w:pPr>
              <w:spacing w:after="40" w:before="40"/>
              <w:jc w:val="right"/>
            </w:pPr>
            <w:r>
              <w:rPr>
                <w:b w:val="0"/>
                <w:i w:val="0"/>
                <w:sz w:val="20"/>
              </w:rPr>
              <w:t>{{manualdiscountamount}}</w:t>
            </w:r>
          </w:p>
        </w:tc>
        <w:tc>
          <w:tcPr>
            <w:tcW w:type="dxa" w:w="1587"/>
          </w:tcPr>
          <w:p>
            <w:pPr>
              <w:spacing w:after="40" w:before="40"/>
              <w:jc w:val="right"/>
            </w:pPr>
            <w:r>
              <w:rPr>
                <w:b w:val="0"/>
                <w:i w:val="0"/>
                <w:sz w:val="20"/>
              </w:rPr>
              <w:t>{{extendedamount}}{{/each}}</w:t>
            </w:r>
          </w:p>
        </w:tc>
      </w:tr>
    </w:tbl>
    <w:p>
      <w:pPr>
        <w:spacing w:before="80"/>
      </w:pPr>
      <w:r>
        <w:rPr>
          <w:b w:val="0"/>
          <w:i w:val="0"/>
          <w:color w:val="6B7480"/>
          <w:sz w:val="17"/>
        </w:rPr>
        <w:t>{{count:quote.lines}} line item(s)</w:t>
      </w:r>
    </w:p>
    <w:tbl>
      <w:tblPr>
        <w:tblW w:type="auto" w:w="0"/>
        <w:jc w:val="right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3213"/>
        <w:gridCol w:w="3213"/>
        <w:gridCol w:w="3213"/>
      </w:tblGrid>
      <w:tr>
        <w:tc>
          <w:tcPr>
            <w:tcW w:type="dxa" w:w="3742"/>
          </w:tcPr>
          <w:p/>
        </w:tc>
        <w:tc>
          <w:tcPr>
            <w:tcW w:type="dxa" w:w="2835"/>
          </w:tcPr>
          <w:p>
            <w:pPr>
              <w:spacing w:after="40" w:before="40"/>
              <w:jc w:val="right"/>
            </w:pPr>
            <w:r>
              <w:rPr>
                <w:b w:val="0"/>
                <w:i w:val="0"/>
                <w:color w:val="6B7480"/>
                <w:sz w:val="19"/>
              </w:rPr>
              <w:t>Subtotal</w:t>
            </w:r>
          </w:p>
        </w:tc>
        <w:tc>
          <w:tcPr>
            <w:tcW w:type="dxa" w:w="2835"/>
          </w:tcPr>
          <w:p>
            <w:pPr>
              <w:spacing w:after="40" w:before="40"/>
              <w:jc w:val="right"/>
            </w:pPr>
            <w:r>
              <w:rPr>
                <w:b w:val="0"/>
                <w:i w:val="0"/>
                <w:sz w:val="21"/>
              </w:rPr>
              <w:t>{{quote.totallineitemamount}}</w:t>
            </w:r>
          </w:p>
        </w:tc>
      </w:tr>
      <w:tr>
        <w:tc>
          <w:tcPr>
            <w:tcW w:type="dxa" w:w="3742"/>
          </w:tcPr>
          <w:p/>
        </w:tc>
        <w:tc>
          <w:tcPr>
            <w:tcW w:type="dxa" w:w="2835"/>
          </w:tcPr>
          <w:p>
            <w:pPr>
              <w:spacing w:after="40" w:before="40"/>
              <w:jc w:val="right"/>
            </w:pPr>
            <w:r>
              <w:rPr>
                <w:b w:val="0"/>
                <w:i w:val="0"/>
                <w:color w:val="6B7480"/>
                <w:sz w:val="19"/>
              </w:rPr>
              <w:t>{{#if quote._raw.totaldiscountamount}}Discount{{/if}}</w:t>
            </w:r>
          </w:p>
        </w:tc>
        <w:tc>
          <w:tcPr>
            <w:tcW w:type="dxa" w:w="2835"/>
          </w:tcPr>
          <w:p>
            <w:pPr>
              <w:spacing w:after="40" w:before="40"/>
              <w:jc w:val="right"/>
            </w:pPr>
            <w:r>
              <w:rPr>
                <w:b w:val="0"/>
                <w:i w:val="0"/>
                <w:sz w:val="21"/>
              </w:rPr>
              <w:t>{{#if quote._raw.totaldiscountamount}}-{{quote.totaldiscountamount}}{{/if}}</w:t>
            </w:r>
          </w:p>
        </w:tc>
      </w:tr>
      <w:tr>
        <w:tc>
          <w:tcPr>
            <w:tcW w:type="dxa" w:w="3742"/>
          </w:tcPr>
          <w:p/>
        </w:tc>
        <w:tc>
          <w:tcPr>
            <w:tcW w:type="dxa" w:w="2835"/>
          </w:tcPr>
          <w:p>
            <w:pPr>
              <w:spacing w:after="40" w:before="40"/>
              <w:jc w:val="right"/>
            </w:pPr>
            <w:r>
              <w:rPr>
                <w:b w:val="0"/>
                <w:i w:val="0"/>
                <w:color w:val="6B7480"/>
                <w:sz w:val="19"/>
              </w:rPr>
              <w:t>Tax</w:t>
            </w:r>
          </w:p>
        </w:tc>
        <w:tc>
          <w:tcPr>
            <w:tcW w:type="dxa" w:w="2835"/>
          </w:tcPr>
          <w:p>
            <w:pPr>
              <w:spacing w:after="40" w:before="40"/>
              <w:jc w:val="right"/>
            </w:pPr>
            <w:r>
              <w:rPr>
                <w:b w:val="0"/>
                <w:i w:val="0"/>
                <w:sz w:val="21"/>
              </w:rPr>
              <w:t>{{quote.totaltax}}</w:t>
            </w:r>
          </w:p>
        </w:tc>
      </w:tr>
      <w:tr>
        <w:tc>
          <w:tcPr>
            <w:tcW w:type="dxa" w:w="3742"/>
          </w:tcPr>
          <w:p/>
        </w:tc>
        <w:tc>
          <w:tcPr>
            <w:tcW w:type="dxa" w:w="2835"/>
          </w:tcPr>
          <w:p>
            <w:pPr>
              <w:spacing w:after="40" w:before="40"/>
              <w:jc w:val="right"/>
            </w:pPr>
            <w:r>
              <w:rPr>
                <w:b w:val="0"/>
                <w:i w:val="0"/>
                <w:color w:val="6B7480"/>
                <w:sz w:val="19"/>
              </w:rPr>
              <w:t>{{#if quote._raw.freightamount}}Freight{{/if}}</w:t>
            </w:r>
          </w:p>
        </w:tc>
        <w:tc>
          <w:tcPr>
            <w:tcW w:type="dxa" w:w="2835"/>
          </w:tcPr>
          <w:p>
            <w:pPr>
              <w:spacing w:after="40" w:before="40"/>
              <w:jc w:val="right"/>
            </w:pPr>
            <w:r>
              <w:rPr>
                <w:b w:val="0"/>
                <w:i w:val="0"/>
                <w:sz w:val="21"/>
              </w:rPr>
              <w:t>{{#if quote._raw.freightamount}}{{quote.freightamount}}{{/if}}</w:t>
            </w:r>
          </w:p>
        </w:tc>
      </w:tr>
      <w:tr>
        <w:tc>
          <w:tcPr>
            <w:tcW w:type="dxa" w:w="3742"/>
          </w:tcPr>
          <w:p/>
        </w:tc>
        <w:tc>
          <w:tcPr>
            <w:tcW w:type="dxa" w:w="2835"/>
            <w:shd w:val="clear" w:color="auto" w:fill="F3F4F6"/>
          </w:tcPr>
          <w:p>
            <w:pPr>
              <w:spacing w:after="40" w:before="40"/>
              <w:jc w:val="right"/>
            </w:pPr>
            <w:r>
              <w:rPr>
                <w:b/>
                <w:i w:val="0"/>
                <w:color w:val="1B222E"/>
                <w:sz w:val="21"/>
              </w:rPr>
              <w:t>Total</w:t>
            </w:r>
          </w:p>
        </w:tc>
        <w:tc>
          <w:tcPr>
            <w:tcW w:type="dxa" w:w="2835"/>
            <w:shd w:val="clear" w:color="auto" w:fill="F3F4F6"/>
          </w:tcPr>
          <w:p>
            <w:pPr>
              <w:spacing w:after="40" w:before="40"/>
              <w:jc w:val="right"/>
            </w:pPr>
            <w:r>
              <w:rPr>
                <w:b/>
                <w:i w:val="0"/>
                <w:sz w:val="23"/>
              </w:rPr>
              <w:t>{{quote.totalamount}}</w:t>
            </w:r>
          </w:p>
        </w:tc>
      </w:tr>
    </w:tbl>
    <w:p>
      <w:pPr>
        <w:spacing w:before="200"/>
      </w:pPr>
      <w:r>
        <w:rPr>
          <w:b w:val="0"/>
          <w:i w:val="0"/>
          <w:sz w:val="20"/>
        </w:rPr>
        <w:t>{{#if quote.description}}Notes: {{quote.description}}{{/if}}</w:t>
      </w:r>
    </w:p>
    <w:p>
      <w:pPr>
        <w:spacing w:after="40" w:before="200"/>
      </w:pPr>
      <w:r>
        <w:rPr>
          <w:b/>
          <w:i w:val="0"/>
          <w:color w:val="C2410C"/>
          <w:sz w:val="17"/>
        </w:rPr>
        <w:t>TERMS</w:t>
      </w:r>
    </w:p>
    <w:p>
      <w:r>
        <w:rPr>
          <w:b w:val="0"/>
          <w:i w:val="0"/>
          <w:color w:val="6B7480"/>
          <w:sz w:val="19"/>
        </w:rPr>
        <w:t>This quote is valid until the date shown above. Prices exclude any taxes not listed. [Replace this paragraph with your standard terms, or delete it.]</w:t>
      </w:r>
    </w:p>
    <w:p>
      <w:pPr>
        <w:spacing w:before="120"/>
      </w:pPr>
      <w:r>
        <w:rPr>
          <w:b w:val="0"/>
          <w:i w:val="0"/>
          <w:sz w:val="20"/>
        </w:rPr>
        <w:t>To accept, reply to {{quote.ownerid}} quoting {{quote.quotenumber}}.</w:t>
      </w:r>
    </w:p>
    <w:sectPr w:rsidR="00FC693F" w:rsidRPr="0006063C" w:rsidSect="00034616">
      <w:footerReference w:type="default" r:id="rId9"/>
      <w:pgSz w:w="11906" w:h="16838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b w:val="0"/>
        <w:i w:val="0"/>
        <w:color w:val="6B7480"/>
        <w:sz w:val="16"/>
      </w:rPr>
      <w:t>{{quote.quotenumber}} · Generated {{now:d MMMM yyyy HH:mm}}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76" w:lineRule="auto"/>
    </w:pPr>
    <w:rPr>
      <w:rFonts w:ascii="Calibri" w:hAnsi="Calibri" w:eastAsia="Calibri"/>
      <w:color w:val="1B222E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